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rPr/>
      </w:pPr>
      <w:r>
        <w:rPr>
          <w:color w:val="A61D2A"/>
        </w:rPr>
        <w:t>Surat Jalan Pengiriman Barang - Format Standar</w:t>
      </w:r>
    </w:p>
    <w:p>
      <w:pPr>
        <w:pStyle w:val="Normal"/>
        <w:jc w:val="center"/>
        <w:rPr/>
      </w:pPr>
      <w:r>
        <w:rPr>
          <w:b/>
          <w:sz w:val="16"/>
        </w:rPr>
        <w:t>TEMPLATE SURAT JALAN BARANG | DATA CONTOH FIKTIF</w:t>
      </w:r>
    </w:p>
    <w:tbl>
      <w:tblPr>
        <w:tblStyle w:val="TableGrid"/>
        <w:tblW w:w="1045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>
        <w:trPr/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Nomor surat jalan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SJ-STD/2026/001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Tanggal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23 Oktober 2026</w:t>
            </w:r>
          </w:p>
        </w:tc>
      </w:tr>
      <w:tr>
        <w:trPr/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Referensi pesanan / DO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SO-2026-048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Jumlah kemasan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15 kemasan</w:t>
            </w:r>
          </w:p>
        </w:tc>
      </w:tr>
      <w:tr>
        <w:trPr/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Pengirim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PT Contoh Niaga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Alamat pengirim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Jl. Contoh Niaga No. 10, Jakarta</w:t>
            </w:r>
          </w:p>
        </w:tc>
      </w:tr>
      <w:tr>
        <w:trPr/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Penerima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Toko Contoh Sejahtera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Alamat penerima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Jl. Contoh Raya No. 21, Depok</w:t>
            </w:r>
          </w:p>
        </w:tc>
      </w:tr>
      <w:tr>
        <w:trPr/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Asal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Gudang Jakarta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Tujuan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Toko Depok</w:t>
            </w:r>
          </w:p>
        </w:tc>
      </w:tr>
      <w:tr>
        <w:trPr/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Pengangkut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Armada internal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Berat bruto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Nomor kendaraan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B 1234 XYZ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Pengemudi</w:t>
            </w:r>
          </w:p>
        </w:tc>
        <w:tc>
          <w:tcPr>
            <w:tcW w:w="26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Andi (contoh)</w:t>
            </w:r>
          </w:p>
        </w:tc>
      </w:tr>
    </w:tbl>
    <w:p>
      <w:pPr>
        <w:pStyle w:val="Heading2"/>
        <w:rPr/>
      </w:pPr>
      <w:r>
        <w:rPr/>
        <w:t>RINCIAN BARANG</w:t>
      </w:r>
    </w:p>
    <w:tbl>
      <w:tblPr>
        <w:tblStyle w:val="TableGrid"/>
        <w:tblW w:w="1045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lastRow="0" w:firstColumn="1" w:lastColumn="0" w:noHBand="0" w:noVBand="1"/>
      </w:tblPr>
      <w:tblGrid>
        <w:gridCol w:w="1493"/>
        <w:gridCol w:w="1492"/>
        <w:gridCol w:w="1494"/>
        <w:gridCol w:w="1492"/>
        <w:gridCol w:w="1494"/>
        <w:gridCol w:w="1492"/>
        <w:gridCol w:w="1494"/>
      </w:tblGrid>
      <w:tr>
        <w:trPr/>
        <w:tc>
          <w:tcPr>
            <w:tcW w:w="1493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No</w:t>
            </w:r>
          </w:p>
        </w:tc>
        <w:tc>
          <w:tcPr>
            <w:tcW w:w="1492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Kode / Batch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Nama / Deskripsi Barang</w:t>
            </w:r>
          </w:p>
        </w:tc>
        <w:tc>
          <w:tcPr>
            <w:tcW w:w="1492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Dikirim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Diterima</w:t>
            </w:r>
          </w:p>
        </w:tc>
        <w:tc>
          <w:tcPr>
            <w:tcW w:w="1492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Satuan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Kondisi / Catatan</w:t>
            </w:r>
          </w:p>
        </w:tc>
      </w:tr>
      <w:tr>
        <w:trPr/>
        <w:tc>
          <w:tcPr>
            <w:tcW w:w="1493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1</w:t>
            </w:r>
          </w:p>
        </w:tc>
        <w:tc>
          <w:tcPr>
            <w:tcW w:w="1492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KM-A01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Kardus kemasan tipe A</w:t>
            </w:r>
          </w:p>
        </w:tc>
        <w:tc>
          <w:tcPr>
            <w:tcW w:w="1492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10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492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dus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Periksa kondisi kemasan</w:t>
            </w:r>
          </w:p>
        </w:tc>
      </w:tr>
      <w:tr>
        <w:trPr/>
        <w:tc>
          <w:tcPr>
            <w:tcW w:w="1493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2</w:t>
            </w:r>
          </w:p>
        </w:tc>
        <w:tc>
          <w:tcPr>
            <w:tcW w:w="1492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LB-B02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Label pengiriman</w:t>
            </w:r>
          </w:p>
        </w:tc>
        <w:tc>
          <w:tcPr>
            <w:tcW w:w="1492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5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492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pak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Periksa jumlah</w:t>
            </w:r>
          </w:p>
        </w:tc>
      </w:tr>
    </w:tbl>
    <w:p>
      <w:pPr>
        <w:pStyle w:val="Normal"/>
        <w:rPr/>
      </w:pPr>
      <w:r>
        <w:rPr/>
        <w:t>Catatan pengiriman: Pengiriman pesanan pelanggan.</w:t>
      </w:r>
    </w:p>
    <w:p>
      <w:pPr>
        <w:pStyle w:val="Normal"/>
        <w:rPr/>
      </w:pPr>
      <w:r>
        <w:rPr/>
        <w:t>Selisih / kerusakan saat diterima: __________________________________________________________</w:t>
      </w:r>
    </w:p>
    <w:p>
      <w:pPr>
        <w:pStyle w:val="Normal"/>
        <w:rPr/>
      </w:pPr>
      <w:r>
        <w:rPr/>
        <w:t>Tanggal dan waktu diterima: ____________________  Lokasi penerimaan: ____________________</w:t>
      </w:r>
    </w:p>
    <w:tbl>
      <w:tblPr>
        <w:tblStyle w:val="TableGrid"/>
        <w:tblW w:w="1045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lastRow="0" w:firstColumn="1" w:lastColumn="0" w:noHBand="0" w:noVBand="1"/>
      </w:tblPr>
      <w:tblGrid>
        <w:gridCol w:w="3485"/>
        <w:gridCol w:w="3485"/>
        <w:gridCol w:w="3485"/>
      </w:tblGrid>
      <w:tr>
        <w:trPr/>
        <w:tc>
          <w:tcPr>
            <w:tcW w:w="3485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Disiapkan / diserahkan oleh</w:t>
            </w:r>
          </w:p>
        </w:tc>
        <w:tc>
          <w:tcPr>
            <w:tcW w:w="3485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Dibawa oleh pengemudi / kurir</w:t>
            </w:r>
          </w:p>
        </w:tc>
        <w:tc>
          <w:tcPr>
            <w:tcW w:w="3485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Diterima dan diperiksa oleh</w:t>
            </w:r>
          </w:p>
        </w:tc>
      </w:tr>
      <w:tr>
        <w:trPr/>
        <w:tc>
          <w:tcPr>
            <w:tcW w:w="3485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Tanda tangan: ____________________</w:t>
              <w:br/>
              <w:t>Nama: ___________________________</w:t>
              <w:br/>
              <w:t>Tanggal / jam: ____________________</w:t>
            </w:r>
          </w:p>
        </w:tc>
        <w:tc>
          <w:tcPr>
            <w:tcW w:w="3485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Tanda tangan: ____________________</w:t>
              <w:br/>
              <w:t>Nama: ___________________________</w:t>
              <w:br/>
              <w:t>Tanggal / jam: ____________________</w:t>
            </w:r>
          </w:p>
        </w:tc>
        <w:tc>
          <w:tcPr>
            <w:tcW w:w="3485" w:type="dxa"/>
            <w:tcBorders/>
          </w:tcPr>
          <w:p>
            <w:pPr>
              <w:pStyle w:val="Normal"/>
              <w:widowControl/>
              <w:spacing w:lineRule="auto" w:line="240" w:before="0" w:after="8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Tanda tangan: ____________________</w:t>
              <w:br/>
              <w:t>Nama: ___________________________</w:t>
              <w:br/>
              <w:t>Tanggal / jam: ____________________</w:t>
            </w:r>
          </w:p>
        </w:tc>
      </w:tr>
    </w:tbl>
    <w:p>
      <w:pPr>
        <w:pStyle w:val="Normal"/>
        <w:rPr/>
      </w:pPr>
      <w:r>
        <w:rPr>
          <w:i/>
        </w:rPr>
        <w:t>Dokumen ini mencatat pengiriman dan pemeriksaan penerimaan barang; bukan faktur. Untuk angkutan barang umum, periksa kewajiban Surat Muatan Barang menurut UU 22/2009 dan PM 60/2019.</w:t>
      </w:r>
    </w:p>
    <w:p>
      <w:pPr>
        <w:pStyle w:val="Normal"/>
        <w:widowControl/>
        <w:bidi w:val="0"/>
        <w:spacing w:lineRule="auto" w:line="276" w:before="0" w:after="80"/>
        <w:jc w:val="start"/>
        <w:rPr/>
      </w:pPr>
      <w:r>
        <w:rPr>
          <w:sz w:val="14"/>
        </w:rPr>
        <w:t>Rujukan: UU 22/2009 Pasal 166 dan 168; Permenhub PM 60/2019; panduan serah terima LKPP. Semua nama, nomor, alamat, dan kuantitas contoh bersifat fiktif.</w:t>
      </w:r>
    </w:p>
    <w:sectPr>
      <w:type w:val="nextPage"/>
      <w:pgSz w:w="12240" w:h="15840"/>
      <w:pgMar w:left="893" w:right="893" w:gutter="0" w:header="0" w:top="792" w:footer="0" w:bottom="79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Manrope">
    <w:charset w:val="01"/>
    <w:family w:val="roman"/>
    <w:pitch w:val="variable"/>
  </w:font>
  <w:font w:name="Cambria">
    <w:charset w:val="01"/>
    <w:family w:val="roman"/>
    <w:pitch w:val="variable"/>
  </w:font>
  <w:font w:name="Aptos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Manrope"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80"/>
      <w:jc w:val="start"/>
    </w:pPr>
    <w:rPr>
      <w:rFonts w:ascii="Aptos" w:hAnsi="Aptos" w:eastAsia="ＭＳ 明朝" w:cs="" w:cstheme="minorBidi" w:eastAsiaTheme="minorEastAsia"/>
      <w:color w:val="auto"/>
      <w:kern w:val="0"/>
      <w:sz w:val="17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rsid w:val="00e618bf"/>
    <w:rPr/>
  </w:style>
  <w:style w:type="character" w:styleId="FooterChar" w:customStyle="1">
    <w:name w:val="Footer Char"/>
    <w:basedOn w:val="DefaultParagraphFont"/>
    <w:link w:val="Footer"/>
    <w:uiPriority w:val="99"/>
    <w:rsid w:val="00e618bf"/>
    <w:rPr/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Manrope" w:hAnsi="Manrope" w:eastAsia="Noto Sans SC Regular" w:cs="Noto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8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pPr>
      <w:suppressLineNumbers/>
    </w:pPr>
    <w:rPr>
      <w:rFonts w:cs="Noto Sans"/>
    </w:rPr>
  </w:style>
  <w:style w:type="paragraph" w:styleId="HeaderandFooter">
    <w:name w:val="Header and Footer"/>
    <w:basedOn w:val="Normal"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8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rsid w:val="00326f90"/>
    <w:pPr>
      <w:spacing w:before="0" w:after="8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rsid w:val="00326f90"/>
    <w:pPr>
      <w:spacing w:before="0" w:after="8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8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8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8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8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8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8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webSettings" Target="webSettings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Collabora_Office/26.04.5.1$Linux_AARCH64 LibreOffice_project/6040$Build-1</Application>
  <AppVersion>15.0000</AppVersion>
  <Pages>1</Pages>
  <Words>218</Words>
  <Characters>1453</Characters>
  <CharactersWithSpaces>1611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2013-12-23T23:15:00Z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